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 שקוראים בקצות האצבעות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סיפורו של לואי ברייל ואת תהליך יצירת כתב ברייל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פרטים מרכזיים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רצף אירועים וטרמינולוגיה הקשורה לכתב ברייל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נפצע בעינו בבית המלאכה של אביו כשהיה בן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בבית ספר מיוחד לעיוורים בפריז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הם היו כבדים, יקרים והקריאה בהם הייתה איטית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עשרים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הכתב נקרא על שם לואי ברייל שיצר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נפצע בעינו בגיל שלוש ואיבד את הראייה אחר 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התא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האנשים הרואים שניהלו את בית הספר לא מיהרו לאמץ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היום יש ברייל בשפות רבות, גם בעברית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אביו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עיוורים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העמודות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(ממציא כתב הנקודות הבולטות)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(שש נקודות בשני טורים)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(המקום שבו למד לואי)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(מקום שאפשר למצוא בו ברייל היום)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(פותחה לקריאת הודעות בחושך)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לואי נפצע בעינו בבית המלאכה של אביו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לואי איבד את הראייה בשתי עיניו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לואי נשלח לבית ספר מיוחד לעיוורים בפריז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לואי שמע על שיטת נקודות לקריאה בחושך ושיפר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לואי פרסם את שיטתו כשהיה בן עשרים בערך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קצה האצבע יכול לחוש את כל התא במגע אחד, וכך הקריאה מהירה ויעילה יותר מאשר בשיטות עם הרבה נקודות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כתב של נקודות בולטות לעיוורים ולקויי ראייה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שש נקודות בשני טורים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 שמכיר בעיה מבפנים יכול למצוא לה פתרון טוב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ולתת לתלמידים לעקוב עם האצבע כמו בקריאת ברייל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דוגמה אמיתית של שלט או כפתור עם כתב ברייל אם יש בנמצא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לעודד דיון קצר בכיתה לפני הכתיבה האישית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 שקוראים בקצות האצבעות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לואי ברייל. הוא המציא כתב מיוחד עם נקודות. עיוורים קוראים את הנקודות באצבעות.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ברייל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 של נקודות בולטות שעיוורים קוראים באצבעות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עיוור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שלא רואה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לקוי ראייה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שהראייה שלו חלשה מאוד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בית מלאכה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שבו מייצרים דברים ביד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תא (בברייל)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הריבוע הקטן עם שש הנקודות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בולט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יוצא מהדף כך שאפשר להרגיש אותו במגע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רשמי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מוכר באופן חוקי וציבורי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לואי לא ראה?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נולד עיוור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נפגע בתאונה בבית הספר בפריז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נפצע בעינו בבית המלאכה של אביו כשהיה בן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חלה כשהיה בן עשרים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נקודות יש בכל תא?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לואי למד?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באוניברסיטה בלונדון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בבית ספר מיוחד לעיוורים בפריז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בבית הוריו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בבית ספר 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הספרים הישנים היו בעייתיים?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היו כתובים בשפה 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היו כבדים, יקרים והקריאה בהם הייתה איטית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היה מי שיקרא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נכתבו בדיו 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בן כמה היה לואי כשסיים את ההמצאה?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שישים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 ברייל נקרא על שם מי שהמציא אותו.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לואי ברייל נולד עיוור.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בתא של כתב ברייל יש שני טורים של שלוש נקודות.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 בית הספר אימצו את הכתב החדש מיד בהתלהבות.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 ברייל קיים היום רק בצרפתית.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לואי ברייל נפצע בעינו בבית המלאכה של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בתא של כתב ברייל יש __________ נקודות בלבד.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לואי ברייל גדל ולמד בבית ספר מיוחד ל__________ בפריז.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כתב ברייל הוכר רשמית בצרפת רק כמה שנים אחרי __________ של לואי.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העמודות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לואי ברייל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מקום שאפשר למצוא בו ברייל היום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תא הברייל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ממציא כתב הנקודות הבולטות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בית ספר בפריז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שש נקודות בשני טורים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כפתורי מעליות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פותחה לקריאת הודעות בחושך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שיטת הנקודות המקורית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המקום שבו למד לואי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האירועים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לואי איבד את הראייה בשתי עיניו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לואי פרסם את שיטתו כשהיה בן עשרים בערך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לואי נפצע בעינו בבית המלאכה של אביו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לואי נשלח לבית ספר מיוחד לעיוורים בפריז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לואי שמע על שיטת נקודות לקריאה בחושך ושיפר אותה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חשוב שכתב ברייל מבוסס על תא קטן של שש נקודות בלבד?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כתב ברייל ולמי הוא מיועד?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נקודות יש בתא של כתב ברייל?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אפשר ללמוד מהסיפור של לואי ברייל?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כתב שקוראים בקצות האצבעות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