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 שקוראים בקצות האצבעות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סיפורו של לואי ברייל ואת תהליך יצירת כתב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מרכזיים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אירועים וטרמינולוגיה הקשורה לכתב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נפצע בעינו בבית המלאכה של אביו כשהיה בן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בבית ספר מיוחד לעיוורים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היו כבדים, יקרים והקריאה בהם הייתה איטית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עשרים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 נקרא על שם לואי ברייל שיצר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נפצע בעינו בגיל שלוש ואיבד את הראייה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התא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האנשים הרואים שניהלו את בית הספר לא מיהרו לאמץ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היום יש ברייל בשפות רבות, גם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עיוורים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(ממציא כתב הנקודות הבולטות)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(שש נקודות בשני טורים)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(המקום שבו למד לואי)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שאפשר למצוא בו ברייל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(פותחה לקריאת הודעות בחושך)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לואי נפצע בעינו בבית המלאכה של 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לואי איבד את הראייה בשתי עיניו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לואי נשלח לבית ספר מיוחד לעיוורים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לואי שמע על שיטת נקודות לקריאה בחושך ושיפר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לואי פרסם את שיטתו כשהיה בן עשרים בערך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קצה האצבע יכול לחוש את כל התא במגע אחד, וכך הקריאה מהירה ויעילה יותר מאשר בשיטות עם הרבה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של נקודות בולטות לעיוורים ולקויי ראייה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נקודות בשני טורים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שמכיר בעיה מבפנים יכול למצוא לה פתרון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ולתת לתלמידים לעקוב עם האצבע כמו בקריאת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אמיתית של שלט או כפתור עם כתב ברייל אם יש בנמצא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 שקוראים בקצות האצבעות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התוכן של הסיפור על לואי ברייל וכתב הנקודות הבולטות שהמציא, המשמש עד היום עיוורים ולקויי ראייה בעולם כולו.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איבד לואי ברייל את ראייתו?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 עיוור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נפגע בתאונה בבית הספר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נפצע בעינו בבית המלאכה של אביו כשהיה בן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חלה כשהיה בן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יש בתא של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גדל לואי ברייל ולמד?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באוניברסיטה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בבית ספר מיוחד לעיוורים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הוריו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ספר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הבעיה בספרים עם אותיות מובלטות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היו כתובים בשפה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היו כבדים, יקרים והקריאה בהם הייתה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היה מי שיקרא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נכתבו בדיו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בן כמה היה לואי בערך כשפרסם את שיטתו?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ברייל נקרא על שם מי שהמציא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ברייל נולד עיוור.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בתא של כתב ברייל יש שני טורים של שלוש נקודות.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בית הספר אימצו את הכתב החדש מיד בהתלהבות.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ברייל קיים היום רק בצרפתית.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לואי ברייל נפצע בעינו בבית המלאכה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בתא של כתב ברייל יש __________ נקודות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לואי ברייל גדל ולמד בבית ספר מיוחד ל__________ בפריז.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כתב ברייל הוכר רשמית בצרפת רק כמה שנים אחרי __________ של לואי.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לואי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שאפשר למצוא בו ברייל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 הברייל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ממציא כתב הנקודות הבולטות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 ספר בפריז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פותחה לקריאת הודעות בחושך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כפתורי מעליות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שש נקודות בשני טורים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שיטת הנקודות המקורית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למד לואי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איבד את הראייה בשתי עיניו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נפצע בעינו בבית המלאכה של אביו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שמע על שיטת נקודות לקריאה בחושך ושיפר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פרסם את שיטתו כשהיה בן עשרים בערך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נשלח לבית ספר מיוחד לעיוורים בפריז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שכתב ברייל מבוסס על תא קטן של שש נקודות בלבד?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כתב ברייל ולמי הוא מיועד?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נקודות יש בתא של כתב ברייל?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ללמוד מהסיפור של לואי ברייל?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 שקוראים בקצות האצבעות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